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DF9660" w14:textId="77777777" w:rsidR="00340866" w:rsidRDefault="00F14FEB">
      <w:pPr>
        <w:jc w:val="center"/>
        <w:rPr>
          <w:lang w:eastAsia="zh-CN"/>
        </w:rPr>
      </w:pPr>
      <w:r>
        <w:rPr>
          <w:rFonts w:ascii="黑体" w:eastAsia="黑体" w:hAnsi="黑体"/>
          <w:b/>
          <w:sz w:val="32"/>
          <w:lang w:eastAsia="zh-CN"/>
        </w:rPr>
        <w:t>2025-2026-2</w:t>
      </w:r>
      <w:proofErr w:type="gramStart"/>
      <w:r>
        <w:rPr>
          <w:rFonts w:ascii="黑体" w:eastAsia="黑体" w:hAnsi="黑体"/>
          <w:b/>
          <w:sz w:val="32"/>
          <w:lang w:eastAsia="zh-CN"/>
        </w:rPr>
        <w:t>马院核心通识课缓</w:t>
      </w:r>
      <w:proofErr w:type="gramEnd"/>
      <w:r>
        <w:rPr>
          <w:rFonts w:ascii="黑体" w:eastAsia="黑体" w:hAnsi="黑体"/>
          <w:b/>
          <w:sz w:val="32"/>
          <w:lang w:eastAsia="zh-CN"/>
        </w:rPr>
        <w:t>补考题目</w:t>
      </w:r>
    </w:p>
    <w:p w14:paraId="4E98B997" w14:textId="6F340A05" w:rsidR="00340866" w:rsidRDefault="00E45475">
      <w:pPr>
        <w:rPr>
          <w:lang w:eastAsia="zh-CN"/>
        </w:rPr>
      </w:pPr>
      <w:r>
        <w:rPr>
          <w:rFonts w:hint="eastAsia"/>
          <w:b/>
          <w:lang w:eastAsia="zh-CN"/>
        </w:rPr>
        <w:t>一、</w:t>
      </w:r>
      <w:r w:rsidR="00F14FEB">
        <w:rPr>
          <w:b/>
          <w:lang w:eastAsia="zh-CN"/>
        </w:rPr>
        <w:t>课程名称：大国兴衰史</w:t>
      </w:r>
      <w:r>
        <w:rPr>
          <w:rFonts w:hint="eastAsia"/>
          <w:b/>
          <w:lang w:eastAsia="zh-CN"/>
        </w:rPr>
        <w:t>（总分1</w:t>
      </w:r>
      <w:r>
        <w:rPr>
          <w:b/>
          <w:lang w:eastAsia="zh-CN"/>
        </w:rPr>
        <w:t>00</w:t>
      </w:r>
      <w:r>
        <w:rPr>
          <w:rFonts w:hint="eastAsia"/>
          <w:b/>
          <w:lang w:eastAsia="zh-CN"/>
        </w:rPr>
        <w:t>分）</w:t>
      </w:r>
    </w:p>
    <w:p w14:paraId="5414B217" w14:textId="77777777" w:rsidR="00340866" w:rsidRDefault="00F14FEB">
      <w:pPr>
        <w:rPr>
          <w:lang w:eastAsia="zh-CN"/>
        </w:rPr>
      </w:pPr>
      <w:r>
        <w:rPr>
          <w:lang w:eastAsia="zh-CN"/>
        </w:rPr>
        <w:t>1. 荷兰在17世纪的黄金时期后相对衰落的原因是什么？（25分）</w:t>
      </w:r>
    </w:p>
    <w:p w14:paraId="39010D33" w14:textId="77777777" w:rsidR="00340866" w:rsidRDefault="00F14FEB">
      <w:pPr>
        <w:rPr>
          <w:lang w:eastAsia="zh-CN"/>
        </w:rPr>
      </w:pPr>
      <w:r>
        <w:rPr>
          <w:lang w:eastAsia="zh-CN"/>
        </w:rPr>
        <w:t>2. 19世纪至20世纪，美国经济腾飞的原因有哪些？（25分）</w:t>
      </w:r>
    </w:p>
    <w:p w14:paraId="78642621" w14:textId="77777777" w:rsidR="00340866" w:rsidRDefault="00F14FEB">
      <w:pPr>
        <w:rPr>
          <w:lang w:eastAsia="zh-CN"/>
        </w:rPr>
      </w:pPr>
      <w:r>
        <w:rPr>
          <w:lang w:eastAsia="zh-CN"/>
        </w:rPr>
        <w:t>3. 结合历史与现实，谈谈宽容的氛围对国家兴衰的影响。（50分）</w:t>
      </w:r>
    </w:p>
    <w:p w14:paraId="3517C091" w14:textId="56032779" w:rsidR="00340866" w:rsidRDefault="00F14FEB">
      <w:pPr>
        <w:rPr>
          <w:lang w:eastAsia="zh-CN"/>
        </w:rPr>
      </w:pPr>
      <w:r>
        <w:rPr>
          <w:b/>
          <w:lang w:eastAsia="zh-CN"/>
        </w:rPr>
        <w:t>二、课程名称：逻辑与批判性思维</w:t>
      </w:r>
      <w:r w:rsidR="00E45475">
        <w:rPr>
          <w:rFonts w:hint="eastAsia"/>
          <w:b/>
          <w:lang w:eastAsia="zh-CN"/>
        </w:rPr>
        <w:t>（总分1</w:t>
      </w:r>
      <w:r w:rsidR="00E45475">
        <w:rPr>
          <w:b/>
          <w:lang w:eastAsia="zh-CN"/>
        </w:rPr>
        <w:t>00</w:t>
      </w:r>
      <w:r w:rsidR="00E45475">
        <w:rPr>
          <w:rFonts w:hint="eastAsia"/>
          <w:b/>
          <w:lang w:eastAsia="zh-CN"/>
        </w:rPr>
        <w:t>分）</w:t>
      </w:r>
    </w:p>
    <w:p w14:paraId="6B4348D3" w14:textId="0D74C888" w:rsidR="00340866" w:rsidRDefault="00F14FEB">
      <w:pPr>
        <w:rPr>
          <w:lang w:eastAsia="zh-CN"/>
        </w:rPr>
      </w:pPr>
      <w:r>
        <w:rPr>
          <w:lang w:eastAsia="zh-CN"/>
        </w:rPr>
        <w:t>1．为什么在三段论中，两个否定前提得不出结论？</w:t>
      </w:r>
    </w:p>
    <w:p w14:paraId="0F4DB1CE" w14:textId="616F85A8" w:rsidR="00340866" w:rsidRDefault="00F14FEB">
      <w:pPr>
        <w:rPr>
          <w:lang w:eastAsia="zh-CN"/>
        </w:rPr>
      </w:pPr>
      <w:r>
        <w:rPr>
          <w:lang w:eastAsia="zh-CN"/>
        </w:rPr>
        <w:t>2．分析下述论证存在的问题：我不会让自己养的狗四处乱跑惹麻烦，所以，我为什么不能对一名15岁少年强加一个八点钟的宵禁呢？</w:t>
      </w:r>
      <w:r w:rsidR="00E45475">
        <w:rPr>
          <w:lang w:eastAsia="zh-CN"/>
        </w:rPr>
        <w:t xml:space="preserve"> </w:t>
      </w:r>
    </w:p>
    <w:p w14:paraId="32AAD5B9" w14:textId="0E676FA0" w:rsidR="00340866" w:rsidRDefault="00F14FEB">
      <w:pPr>
        <w:rPr>
          <w:lang w:eastAsia="zh-CN"/>
        </w:rPr>
      </w:pPr>
      <w:r>
        <w:rPr>
          <w:lang w:eastAsia="zh-CN"/>
        </w:rPr>
        <w:t>3．写一篇短文：论无人机的弊端（注意论据的真实性与论证方式的合理性以及论据是否支持论题等）。</w:t>
      </w:r>
    </w:p>
    <w:p w14:paraId="5ED5E249" w14:textId="40E0BC6F" w:rsidR="00340866" w:rsidRDefault="00F14FEB">
      <w:pPr>
        <w:rPr>
          <w:lang w:eastAsia="zh-CN"/>
        </w:rPr>
      </w:pPr>
      <w:r>
        <w:rPr>
          <w:b/>
          <w:lang w:eastAsia="zh-CN"/>
        </w:rPr>
        <w:t>三、课程名称：哲学导论</w:t>
      </w:r>
      <w:r w:rsidR="00E45475">
        <w:rPr>
          <w:rFonts w:hint="eastAsia"/>
          <w:b/>
          <w:lang w:eastAsia="zh-CN"/>
        </w:rPr>
        <w:t>（总分1</w:t>
      </w:r>
      <w:r w:rsidR="00E45475">
        <w:rPr>
          <w:b/>
          <w:lang w:eastAsia="zh-CN"/>
        </w:rPr>
        <w:t>00</w:t>
      </w:r>
      <w:r w:rsidR="00E45475">
        <w:rPr>
          <w:rFonts w:hint="eastAsia"/>
          <w:b/>
          <w:lang w:eastAsia="zh-CN"/>
        </w:rPr>
        <w:t>分）</w:t>
      </w:r>
    </w:p>
    <w:p w14:paraId="4E5700AE" w14:textId="6AEC7EB3" w:rsidR="00340866" w:rsidRDefault="00F14FEB">
      <w:pPr>
        <w:rPr>
          <w:lang w:eastAsia="zh-CN"/>
        </w:rPr>
      </w:pPr>
      <w:r>
        <w:rPr>
          <w:lang w:eastAsia="zh-CN"/>
        </w:rPr>
        <w:t>美国AI公司Anthropic为了训练模型，自2024年开始执行了一项命名为“巴拿马计划”（Project Panama）的内部计划。该计划在全球采购数百万册2022年之前的纸质书籍，其中包括存世量极少的绝版古籍，对其进行扫描并销毁，以此构建内部AI训练干净语料库。请结合相关哲学原理，对这一事实及其可能后果进行哲学反思。（100分）</w:t>
      </w:r>
    </w:p>
    <w:p w14:paraId="0DC5866D" w14:textId="6BBF8234" w:rsidR="00690A0E" w:rsidRPr="00D013DC" w:rsidRDefault="00690A0E">
      <w:pPr>
        <w:rPr>
          <w:b/>
          <w:bCs/>
          <w:lang w:eastAsia="zh-CN"/>
        </w:rPr>
      </w:pPr>
      <w:r w:rsidRPr="00D013DC">
        <w:rPr>
          <w:rFonts w:hint="eastAsia"/>
          <w:b/>
          <w:bCs/>
          <w:lang w:eastAsia="zh-CN"/>
        </w:rPr>
        <w:t>四、课程名称：中国哲学经典著作选读（总分1</w:t>
      </w:r>
      <w:r w:rsidRPr="00D013DC">
        <w:rPr>
          <w:b/>
          <w:bCs/>
          <w:lang w:eastAsia="zh-CN"/>
        </w:rPr>
        <w:t>00</w:t>
      </w:r>
      <w:r w:rsidRPr="00D013DC">
        <w:rPr>
          <w:rFonts w:hint="eastAsia"/>
          <w:b/>
          <w:bCs/>
          <w:lang w:eastAsia="zh-CN"/>
        </w:rPr>
        <w:t>分）</w:t>
      </w:r>
    </w:p>
    <w:p w14:paraId="2CF2E6D3" w14:textId="16464E2A" w:rsidR="00690A0E" w:rsidRPr="00690A0E" w:rsidRDefault="00690A0E">
      <w:pPr>
        <w:rPr>
          <w:rFonts w:hint="eastAsia"/>
          <w:lang w:eastAsia="zh-CN"/>
        </w:rPr>
      </w:pPr>
      <w:r>
        <w:rPr>
          <w:rFonts w:cs="华文仿宋"/>
          <w:szCs w:val="24"/>
          <w:lang w:eastAsia="zh-CN"/>
        </w:rPr>
        <w:t xml:space="preserve"> </w:t>
      </w:r>
      <w:r w:rsidRPr="005D49D8">
        <w:rPr>
          <w:rFonts w:cs="华文仿宋" w:hint="eastAsia"/>
          <w:szCs w:val="24"/>
          <w:lang w:eastAsia="zh-CN"/>
        </w:rPr>
        <w:t>论文：联系自己的学习与生活实际谈谈学习中国哲学的收获，题目自拟，不少于</w:t>
      </w:r>
      <w:r w:rsidRPr="005D49D8">
        <w:rPr>
          <w:rFonts w:cs="华文仿宋"/>
          <w:szCs w:val="24"/>
          <w:lang w:eastAsia="zh-CN"/>
        </w:rPr>
        <w:t>2000</w:t>
      </w:r>
      <w:r>
        <w:rPr>
          <w:rFonts w:cs="华文仿宋" w:hint="eastAsia"/>
          <w:szCs w:val="24"/>
          <w:lang w:eastAsia="zh-CN"/>
        </w:rPr>
        <w:t>字</w:t>
      </w:r>
      <w:r w:rsidRPr="005D49D8">
        <w:rPr>
          <w:rFonts w:cs="华文仿宋"/>
          <w:szCs w:val="24"/>
          <w:lang w:eastAsia="zh-CN"/>
        </w:rPr>
        <w:t>。</w:t>
      </w:r>
      <w:r w:rsidRPr="00DC3C72">
        <w:rPr>
          <w:rFonts w:cs="华文仿宋" w:hint="eastAsia"/>
          <w:szCs w:val="24"/>
          <w:lang w:eastAsia="zh-CN"/>
        </w:rPr>
        <w:t>（100分）</w:t>
      </w:r>
    </w:p>
    <w:sectPr w:rsidR="00690A0E" w:rsidRPr="00690A0E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63C28F" w14:textId="77777777" w:rsidR="000714DF" w:rsidRDefault="000714DF" w:rsidP="00E45475">
      <w:pPr>
        <w:spacing w:after="0" w:line="240" w:lineRule="auto"/>
      </w:pPr>
      <w:r>
        <w:separator/>
      </w:r>
    </w:p>
  </w:endnote>
  <w:endnote w:type="continuationSeparator" w:id="0">
    <w:p w14:paraId="48BF81B5" w14:textId="77777777" w:rsidR="000714DF" w:rsidRDefault="000714DF" w:rsidP="00E454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0070B2" w14:textId="77777777" w:rsidR="000714DF" w:rsidRDefault="000714DF" w:rsidP="00E45475">
      <w:pPr>
        <w:spacing w:after="0" w:line="240" w:lineRule="auto"/>
      </w:pPr>
      <w:r>
        <w:separator/>
      </w:r>
    </w:p>
  </w:footnote>
  <w:footnote w:type="continuationSeparator" w:id="0">
    <w:p w14:paraId="79A06865" w14:textId="77777777" w:rsidR="000714DF" w:rsidRDefault="000714DF" w:rsidP="00E454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714DF"/>
    <w:rsid w:val="0015074B"/>
    <w:rsid w:val="0029639D"/>
    <w:rsid w:val="00326F90"/>
    <w:rsid w:val="00340866"/>
    <w:rsid w:val="006567AD"/>
    <w:rsid w:val="00690A0E"/>
    <w:rsid w:val="00AA1D8D"/>
    <w:rsid w:val="00B47730"/>
    <w:rsid w:val="00CB0664"/>
    <w:rsid w:val="00D013DC"/>
    <w:rsid w:val="00E45475"/>
    <w:rsid w:val="00F14FE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9440D4C"/>
  <w14:defaultImageDpi w14:val="300"/>
  <w15:docId w15:val="{2D1CB389-7B2C-4BBD-B3E0-04B0F8905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华文仿宋" w:eastAsia="华文仿宋" w:hAnsi="华文仿宋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84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mks jiaowu</cp:lastModifiedBy>
  <cp:revision>5</cp:revision>
  <dcterms:created xsi:type="dcterms:W3CDTF">2013-12-23T23:15:00Z</dcterms:created>
  <dcterms:modified xsi:type="dcterms:W3CDTF">2026-08-28T07:25:00Z</dcterms:modified>
  <cp:category/>
</cp:coreProperties>
</file>