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6CE87" w14:textId="65D922C3" w:rsidR="00B70C32" w:rsidRDefault="00CF1831">
      <w:pPr>
        <w:jc w:val="center"/>
        <w:rPr>
          <w:lang w:eastAsia="zh-CN"/>
        </w:rPr>
      </w:pPr>
      <w:r>
        <w:rPr>
          <w:rFonts w:ascii="方正小标宋简体" w:eastAsia="方正小标宋简体" w:hAnsi="方正小标宋简体"/>
          <w:b/>
          <w:color w:val="000000"/>
          <w:sz w:val="36"/>
          <w:lang w:eastAsia="zh-CN"/>
        </w:rPr>
        <w:t>电子科技大学</w:t>
      </w:r>
      <w:r w:rsidR="009B0801">
        <w:rPr>
          <w:rFonts w:ascii="方正小标宋简体" w:eastAsia="方正小标宋简体" w:hAnsi="方正小标宋简体" w:hint="eastAsia"/>
          <w:b/>
          <w:color w:val="000000"/>
          <w:sz w:val="36"/>
          <w:lang w:eastAsia="zh-CN"/>
        </w:rPr>
        <w:t>首批</w:t>
      </w:r>
      <w:r>
        <w:rPr>
          <w:rFonts w:ascii="方正小标宋简体" w:eastAsia="方正小标宋简体" w:hAnsi="方正小标宋简体"/>
          <w:b/>
          <w:color w:val="000000"/>
          <w:sz w:val="36"/>
          <w:lang w:eastAsia="zh-CN"/>
        </w:rPr>
        <w:t>“</w:t>
      </w:r>
      <w:r>
        <w:rPr>
          <w:rFonts w:ascii="方正小标宋简体" w:eastAsia="方正小标宋简体" w:hAnsi="方正小标宋简体"/>
          <w:b/>
          <w:color w:val="000000"/>
          <w:sz w:val="36"/>
          <w:lang w:eastAsia="zh-CN"/>
        </w:rPr>
        <w:t>专业教育核心课程体系建设计划</w:t>
      </w:r>
      <w:r>
        <w:rPr>
          <w:rFonts w:ascii="方正小标宋简体" w:eastAsia="方正小标宋简体" w:hAnsi="方正小标宋简体"/>
          <w:b/>
          <w:color w:val="000000"/>
          <w:sz w:val="36"/>
          <w:lang w:eastAsia="zh-CN"/>
        </w:rPr>
        <w:t>”</w:t>
      </w:r>
      <w:proofErr w:type="gramStart"/>
      <w:r>
        <w:rPr>
          <w:rFonts w:ascii="方正小标宋简体" w:eastAsia="方正小标宋简体" w:hAnsi="方正小标宋简体"/>
          <w:b/>
          <w:color w:val="000000"/>
          <w:sz w:val="36"/>
          <w:lang w:eastAsia="zh-CN"/>
        </w:rPr>
        <w:t>结项申请表</w:t>
      </w:r>
      <w:proofErr w:type="gramEnd"/>
    </w:p>
    <w:tbl>
      <w:tblPr>
        <w:tblStyle w:val="aff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785"/>
        <w:gridCol w:w="1767"/>
        <w:gridCol w:w="587"/>
        <w:gridCol w:w="784"/>
        <w:gridCol w:w="784"/>
        <w:gridCol w:w="784"/>
        <w:gridCol w:w="784"/>
        <w:gridCol w:w="784"/>
        <w:gridCol w:w="784"/>
        <w:gridCol w:w="1569"/>
      </w:tblGrid>
      <w:tr w:rsidR="00B70C32" w14:paraId="72A788B2" w14:textId="77777777" w:rsidTr="00564651">
        <w:trPr>
          <w:trHeight w:val="510"/>
          <w:jc w:val="center"/>
        </w:trPr>
        <w:tc>
          <w:tcPr>
            <w:tcW w:w="785" w:type="dxa"/>
            <w:shd w:val="clear" w:color="auto" w:fill="F2F2F2"/>
            <w:vAlign w:val="center"/>
          </w:tcPr>
          <w:p w14:paraId="08ADC9D8" w14:textId="77777777" w:rsidR="00B70C32" w:rsidRDefault="00CF1831">
            <w:pPr>
              <w:spacing w:before="20" w:after="20" w:line="276" w:lineRule="auto"/>
              <w:jc w:val="center"/>
            </w:pPr>
            <w:proofErr w:type="spellStart"/>
            <w:r>
              <w:rPr>
                <w:rFonts w:ascii="黑体" w:eastAsia="黑体" w:hAnsi="黑体"/>
                <w:b/>
                <w:color w:val="000000"/>
              </w:rPr>
              <w:t>项目编号</w:t>
            </w:r>
            <w:proofErr w:type="spellEnd"/>
          </w:p>
        </w:tc>
        <w:tc>
          <w:tcPr>
            <w:tcW w:w="2354" w:type="dxa"/>
            <w:gridSpan w:val="2"/>
            <w:vAlign w:val="center"/>
          </w:tcPr>
          <w:p w14:paraId="0E250AD0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2023HXTX___</w:t>
            </w:r>
          </w:p>
        </w:tc>
        <w:tc>
          <w:tcPr>
            <w:tcW w:w="784" w:type="dxa"/>
            <w:shd w:val="clear" w:color="auto" w:fill="F2F2F2"/>
            <w:vAlign w:val="center"/>
          </w:tcPr>
          <w:p w14:paraId="3E1C7F88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</w:rPr>
              <w:t>项目名称</w:t>
            </w:r>
          </w:p>
        </w:tc>
        <w:tc>
          <w:tcPr>
            <w:tcW w:w="5489" w:type="dxa"/>
            <w:gridSpan w:val="6"/>
            <w:vAlign w:val="center"/>
          </w:tcPr>
          <w:p w14:paraId="665554EA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7D5F6AD2" w14:textId="77777777" w:rsidTr="00564651">
        <w:trPr>
          <w:trHeight w:val="510"/>
          <w:jc w:val="center"/>
        </w:trPr>
        <w:tc>
          <w:tcPr>
            <w:tcW w:w="785" w:type="dxa"/>
            <w:shd w:val="clear" w:color="auto" w:fill="F2F2F2"/>
            <w:vAlign w:val="center"/>
          </w:tcPr>
          <w:p w14:paraId="2033FFE4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</w:rPr>
              <w:t>所在学院</w:t>
            </w:r>
          </w:p>
        </w:tc>
        <w:tc>
          <w:tcPr>
            <w:tcW w:w="2354" w:type="dxa"/>
            <w:gridSpan w:val="2"/>
            <w:vAlign w:val="center"/>
          </w:tcPr>
          <w:p w14:paraId="05EC7E9C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shd w:val="clear" w:color="auto" w:fill="F2F2F2"/>
            <w:vAlign w:val="center"/>
          </w:tcPr>
          <w:p w14:paraId="5CC1E3A9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</w:rPr>
              <w:t>项目负责人</w:t>
            </w:r>
          </w:p>
        </w:tc>
        <w:tc>
          <w:tcPr>
            <w:tcW w:w="5489" w:type="dxa"/>
            <w:gridSpan w:val="6"/>
            <w:vAlign w:val="center"/>
          </w:tcPr>
          <w:p w14:paraId="1547C50E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6F98E32C" w14:textId="77777777" w:rsidTr="00564651">
        <w:trPr>
          <w:trHeight w:val="1701"/>
          <w:jc w:val="center"/>
        </w:trPr>
        <w:tc>
          <w:tcPr>
            <w:tcW w:w="785" w:type="dxa"/>
            <w:shd w:val="clear" w:color="auto" w:fill="F2F2F2"/>
            <w:vAlign w:val="center"/>
          </w:tcPr>
          <w:p w14:paraId="5091F818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</w:rPr>
              <w:t>项目组成员</w:t>
            </w:r>
          </w:p>
        </w:tc>
        <w:tc>
          <w:tcPr>
            <w:tcW w:w="8627" w:type="dxa"/>
            <w:gridSpan w:val="9"/>
          </w:tcPr>
          <w:p w14:paraId="0AE789AA" w14:textId="77777777" w:rsidR="00B70C32" w:rsidRDefault="00CF1831">
            <w:pPr>
              <w:spacing w:before="20" w:after="20" w:line="276" w:lineRule="auto"/>
              <w:rPr>
                <w:lang w:eastAsia="zh-CN"/>
              </w:rPr>
            </w:pPr>
            <w:r>
              <w:rPr>
                <w:rFonts w:ascii="Times New Roman"/>
                <w:color w:val="000000"/>
                <w:lang w:eastAsia="zh-CN"/>
              </w:rPr>
              <w:t>（填写姓名、职称及承担的专业核心课程，可另附页）</w:t>
            </w:r>
          </w:p>
        </w:tc>
      </w:tr>
      <w:tr w:rsidR="00B70C32" w14:paraId="313BE609" w14:textId="77777777" w:rsidTr="00564651">
        <w:trPr>
          <w:trHeight w:val="442"/>
          <w:jc w:val="center"/>
        </w:trPr>
        <w:tc>
          <w:tcPr>
            <w:tcW w:w="9412" w:type="dxa"/>
            <w:gridSpan w:val="10"/>
            <w:shd w:val="clear" w:color="auto" w:fill="D9D9D9"/>
            <w:vAlign w:val="center"/>
          </w:tcPr>
          <w:p w14:paraId="574FF376" w14:textId="77777777" w:rsidR="00B70C32" w:rsidRDefault="00CF1831">
            <w:pPr>
              <w:spacing w:before="20" w:after="20" w:line="276" w:lineRule="auto"/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sz w:val="23"/>
                <w:lang w:eastAsia="zh-CN"/>
              </w:rPr>
              <w:t>一、项目建设情况总结</w:t>
            </w:r>
          </w:p>
        </w:tc>
      </w:tr>
      <w:tr w:rsidR="00B70C32" w14:paraId="05258669" w14:textId="77777777" w:rsidTr="00564651">
        <w:trPr>
          <w:trHeight w:val="3175"/>
          <w:jc w:val="center"/>
        </w:trPr>
        <w:tc>
          <w:tcPr>
            <w:tcW w:w="9412" w:type="dxa"/>
            <w:gridSpan w:val="10"/>
          </w:tcPr>
          <w:p w14:paraId="61F4BDE3" w14:textId="6C40A767" w:rsidR="00B70C32" w:rsidRDefault="00CF1831">
            <w:pPr>
              <w:spacing w:before="20" w:after="20" w:line="312" w:lineRule="auto"/>
              <w:rPr>
                <w:lang w:eastAsia="zh-CN"/>
              </w:rPr>
            </w:pPr>
            <w:r>
              <w:rPr>
                <w:rFonts w:ascii="Times New Roman"/>
                <w:color w:val="000000"/>
                <w:lang w:eastAsia="zh-CN"/>
              </w:rPr>
              <w:t>请对照项目立项申请书，全面梳理建设任务完成情况、主要建设成效（</w:t>
            </w:r>
            <w:r>
              <w:rPr>
                <w:rFonts w:ascii="Times New Roman"/>
                <w:color w:val="000000"/>
                <w:lang w:eastAsia="zh-CN"/>
              </w:rPr>
              <w:t>“</w:t>
            </w:r>
            <w:r>
              <w:rPr>
                <w:rFonts w:ascii="Times New Roman"/>
                <w:color w:val="000000"/>
                <w:lang w:eastAsia="zh-CN"/>
              </w:rPr>
              <w:t>课程、实验、教材</w:t>
            </w:r>
            <w:r>
              <w:rPr>
                <w:rFonts w:ascii="Times New Roman"/>
                <w:color w:val="000000"/>
                <w:lang w:eastAsia="zh-CN"/>
              </w:rPr>
              <w:t>”</w:t>
            </w:r>
            <w:r>
              <w:rPr>
                <w:rFonts w:ascii="Times New Roman"/>
                <w:color w:val="000000"/>
                <w:lang w:eastAsia="zh-CN"/>
              </w:rPr>
              <w:t>一体化建设情况）</w:t>
            </w:r>
            <w:r w:rsidR="00CC722F">
              <w:rPr>
                <w:rFonts w:ascii="Times New Roman" w:hint="eastAsia"/>
                <w:color w:val="000000"/>
                <w:lang w:eastAsia="zh-CN"/>
              </w:rPr>
              <w:t>。</w:t>
            </w:r>
          </w:p>
        </w:tc>
      </w:tr>
      <w:tr w:rsidR="00B70C32" w14:paraId="6315686D" w14:textId="77777777" w:rsidTr="00564651">
        <w:trPr>
          <w:trHeight w:val="442"/>
          <w:jc w:val="center"/>
        </w:trPr>
        <w:tc>
          <w:tcPr>
            <w:tcW w:w="9412" w:type="dxa"/>
            <w:gridSpan w:val="10"/>
            <w:shd w:val="clear" w:color="auto" w:fill="D9D9D9"/>
            <w:vAlign w:val="center"/>
          </w:tcPr>
          <w:p w14:paraId="0BA20E90" w14:textId="77777777" w:rsidR="00B70C32" w:rsidRDefault="00CF1831">
            <w:pPr>
              <w:spacing w:before="20" w:after="20" w:line="276" w:lineRule="auto"/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sz w:val="23"/>
                <w:lang w:eastAsia="zh-CN"/>
              </w:rPr>
              <w:t>二、专业核心课程建设情况</w:t>
            </w:r>
          </w:p>
        </w:tc>
      </w:tr>
      <w:tr w:rsidR="00B70C32" w14:paraId="7AECC089" w14:textId="77777777" w:rsidTr="00564651">
        <w:trPr>
          <w:trHeight w:val="652"/>
          <w:jc w:val="center"/>
        </w:trPr>
        <w:tc>
          <w:tcPr>
            <w:tcW w:w="785" w:type="dxa"/>
            <w:shd w:val="clear" w:color="auto" w:fill="F2F2F2"/>
            <w:vAlign w:val="center"/>
          </w:tcPr>
          <w:p w14:paraId="47540DB1" w14:textId="77777777" w:rsidR="00B70C32" w:rsidRDefault="00CF1831">
            <w:pPr>
              <w:spacing w:before="20" w:after="20" w:line="276" w:lineRule="auto"/>
              <w:jc w:val="center"/>
            </w:pPr>
            <w:proofErr w:type="spellStart"/>
            <w:r>
              <w:rPr>
                <w:rFonts w:ascii="黑体" w:eastAsia="黑体" w:hAnsi="黑体"/>
                <w:b/>
                <w:color w:val="000000"/>
                <w:sz w:val="21"/>
              </w:rPr>
              <w:t>序号</w:t>
            </w:r>
            <w:proofErr w:type="spellEnd"/>
          </w:p>
        </w:tc>
        <w:tc>
          <w:tcPr>
            <w:tcW w:w="1767" w:type="dxa"/>
            <w:shd w:val="clear" w:color="auto" w:fill="F2F2F2"/>
            <w:vAlign w:val="center"/>
          </w:tcPr>
          <w:p w14:paraId="7E9E0EF2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专业名称</w:t>
            </w:r>
          </w:p>
        </w:tc>
        <w:tc>
          <w:tcPr>
            <w:tcW w:w="2155" w:type="dxa"/>
            <w:gridSpan w:val="3"/>
            <w:shd w:val="clear" w:color="auto" w:fill="F2F2F2"/>
            <w:vAlign w:val="center"/>
          </w:tcPr>
          <w:p w14:paraId="10B05D57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课程名称</w:t>
            </w:r>
          </w:p>
        </w:tc>
        <w:tc>
          <w:tcPr>
            <w:tcW w:w="784" w:type="dxa"/>
            <w:shd w:val="clear" w:color="auto" w:fill="F2F2F2"/>
            <w:vAlign w:val="center"/>
          </w:tcPr>
          <w:p w14:paraId="58F99D28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学分</w:t>
            </w:r>
          </w:p>
        </w:tc>
        <w:tc>
          <w:tcPr>
            <w:tcW w:w="1568" w:type="dxa"/>
            <w:gridSpan w:val="2"/>
            <w:shd w:val="clear" w:color="auto" w:fill="F2F2F2"/>
            <w:vAlign w:val="center"/>
          </w:tcPr>
          <w:p w14:paraId="7B0EFD77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课程开出情况</w:t>
            </w:r>
          </w:p>
        </w:tc>
        <w:tc>
          <w:tcPr>
            <w:tcW w:w="2353" w:type="dxa"/>
            <w:gridSpan w:val="2"/>
            <w:shd w:val="clear" w:color="auto" w:fill="F2F2F2"/>
            <w:vAlign w:val="center"/>
          </w:tcPr>
          <w:p w14:paraId="091EBAB1" w14:textId="77777777" w:rsidR="00B70C32" w:rsidRDefault="00CF1831">
            <w:pPr>
              <w:spacing w:before="20" w:after="20" w:line="276" w:lineRule="auto"/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sz w:val="21"/>
                <w:lang w:eastAsia="zh-CN"/>
              </w:rPr>
              <w:t>课程建设成效（课程所获荣誉称号，如国家一流课程、省高阶课程等）</w:t>
            </w:r>
          </w:p>
        </w:tc>
      </w:tr>
      <w:tr w:rsidR="00B70C32" w14:paraId="50289BAB" w14:textId="77777777" w:rsidTr="00564651">
        <w:trPr>
          <w:trHeight w:val="498"/>
          <w:jc w:val="center"/>
        </w:trPr>
        <w:tc>
          <w:tcPr>
            <w:tcW w:w="785" w:type="dxa"/>
            <w:vAlign w:val="center"/>
          </w:tcPr>
          <w:p w14:paraId="67A3365D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767" w:type="dxa"/>
            <w:vAlign w:val="center"/>
          </w:tcPr>
          <w:p w14:paraId="7B696B84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14:paraId="164EB013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63C58BF6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2C974C03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434BDB4B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4803B2E6" w14:textId="77777777" w:rsidTr="00564651">
        <w:trPr>
          <w:trHeight w:val="498"/>
          <w:jc w:val="center"/>
        </w:trPr>
        <w:tc>
          <w:tcPr>
            <w:tcW w:w="785" w:type="dxa"/>
            <w:vAlign w:val="center"/>
          </w:tcPr>
          <w:p w14:paraId="40E8DDA4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1767" w:type="dxa"/>
            <w:vAlign w:val="center"/>
          </w:tcPr>
          <w:p w14:paraId="408BB358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14:paraId="4A6C1DD8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30C1D05F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16638B61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03E6CAEE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4DD2738C" w14:textId="77777777" w:rsidTr="00564651">
        <w:trPr>
          <w:trHeight w:val="498"/>
          <w:jc w:val="center"/>
        </w:trPr>
        <w:tc>
          <w:tcPr>
            <w:tcW w:w="785" w:type="dxa"/>
            <w:vAlign w:val="center"/>
          </w:tcPr>
          <w:p w14:paraId="50F3025D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3</w:t>
            </w:r>
          </w:p>
        </w:tc>
        <w:tc>
          <w:tcPr>
            <w:tcW w:w="1767" w:type="dxa"/>
            <w:vAlign w:val="center"/>
          </w:tcPr>
          <w:p w14:paraId="15AE7757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14:paraId="6124F801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624B2F6E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79676C78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0FB92BD0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438CC8BC" w14:textId="77777777" w:rsidTr="00564651">
        <w:trPr>
          <w:trHeight w:val="498"/>
          <w:jc w:val="center"/>
        </w:trPr>
        <w:tc>
          <w:tcPr>
            <w:tcW w:w="785" w:type="dxa"/>
            <w:vAlign w:val="center"/>
          </w:tcPr>
          <w:p w14:paraId="1DA7A96A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1767" w:type="dxa"/>
            <w:vAlign w:val="center"/>
          </w:tcPr>
          <w:p w14:paraId="441AFC08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14:paraId="5A43A568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702D7333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1AA9655D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6FA261BF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1A005E7B" w14:textId="77777777" w:rsidTr="00564651">
        <w:trPr>
          <w:trHeight w:val="498"/>
          <w:jc w:val="center"/>
        </w:trPr>
        <w:tc>
          <w:tcPr>
            <w:tcW w:w="785" w:type="dxa"/>
            <w:vAlign w:val="center"/>
          </w:tcPr>
          <w:p w14:paraId="0AFDA0F4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5</w:t>
            </w:r>
          </w:p>
        </w:tc>
        <w:tc>
          <w:tcPr>
            <w:tcW w:w="1767" w:type="dxa"/>
            <w:vAlign w:val="center"/>
          </w:tcPr>
          <w:p w14:paraId="3F145D26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14:paraId="0B46509A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238ED699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39CB7D54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4E93DFDF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75A05710" w14:textId="77777777" w:rsidTr="00564651">
        <w:trPr>
          <w:trHeight w:val="498"/>
          <w:jc w:val="center"/>
        </w:trPr>
        <w:tc>
          <w:tcPr>
            <w:tcW w:w="785" w:type="dxa"/>
            <w:vAlign w:val="center"/>
          </w:tcPr>
          <w:p w14:paraId="1B3560D0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6</w:t>
            </w:r>
          </w:p>
        </w:tc>
        <w:tc>
          <w:tcPr>
            <w:tcW w:w="1767" w:type="dxa"/>
            <w:vAlign w:val="center"/>
          </w:tcPr>
          <w:p w14:paraId="69CFD404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14:paraId="65059017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2175BF1D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3D317F92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2EF7DB2F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58B21930" w14:textId="77777777" w:rsidTr="00564651">
        <w:trPr>
          <w:trHeight w:val="498"/>
          <w:jc w:val="center"/>
        </w:trPr>
        <w:tc>
          <w:tcPr>
            <w:tcW w:w="785" w:type="dxa"/>
            <w:vAlign w:val="center"/>
          </w:tcPr>
          <w:p w14:paraId="2338FB79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7</w:t>
            </w:r>
          </w:p>
        </w:tc>
        <w:tc>
          <w:tcPr>
            <w:tcW w:w="1767" w:type="dxa"/>
            <w:vAlign w:val="center"/>
          </w:tcPr>
          <w:p w14:paraId="5C1411C5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14:paraId="08FA90FB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0F989B91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6C94CDDC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23AA5601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3781A3A9" w14:textId="77777777" w:rsidTr="00564651">
        <w:trPr>
          <w:trHeight w:val="498"/>
          <w:jc w:val="center"/>
        </w:trPr>
        <w:tc>
          <w:tcPr>
            <w:tcW w:w="785" w:type="dxa"/>
            <w:vAlign w:val="center"/>
          </w:tcPr>
          <w:p w14:paraId="437D2273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8</w:t>
            </w:r>
          </w:p>
        </w:tc>
        <w:tc>
          <w:tcPr>
            <w:tcW w:w="1767" w:type="dxa"/>
            <w:vAlign w:val="center"/>
          </w:tcPr>
          <w:p w14:paraId="329F71B7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14:paraId="29DA4E73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37006ADE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26109F5E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66BE8F05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072D0138" w14:textId="77777777" w:rsidTr="00564651">
        <w:trPr>
          <w:trHeight w:val="442"/>
          <w:jc w:val="center"/>
        </w:trPr>
        <w:tc>
          <w:tcPr>
            <w:tcW w:w="9412" w:type="dxa"/>
            <w:gridSpan w:val="10"/>
            <w:shd w:val="clear" w:color="auto" w:fill="D9D9D9"/>
            <w:vAlign w:val="center"/>
          </w:tcPr>
          <w:p w14:paraId="03705301" w14:textId="77777777" w:rsidR="00B70C32" w:rsidRDefault="00CF1831">
            <w:pPr>
              <w:pageBreakBefore/>
              <w:spacing w:before="20" w:after="20" w:line="276" w:lineRule="auto"/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sz w:val="23"/>
                <w:lang w:eastAsia="zh-CN"/>
              </w:rPr>
              <w:lastRenderedPageBreak/>
              <w:t>三、主要建设成果（教材、教改论文、获奖等）</w:t>
            </w:r>
          </w:p>
        </w:tc>
      </w:tr>
      <w:tr w:rsidR="00B70C32" w14:paraId="2C920223" w14:textId="77777777" w:rsidTr="00564651">
        <w:trPr>
          <w:trHeight w:val="396"/>
          <w:jc w:val="center"/>
        </w:trPr>
        <w:tc>
          <w:tcPr>
            <w:tcW w:w="9412" w:type="dxa"/>
            <w:gridSpan w:val="10"/>
            <w:shd w:val="clear" w:color="auto" w:fill="F2F2F2"/>
            <w:vAlign w:val="center"/>
          </w:tcPr>
          <w:p w14:paraId="64946921" w14:textId="77777777" w:rsidR="00B70C32" w:rsidRDefault="00CF1831">
            <w:pPr>
              <w:spacing w:before="20" w:after="20" w:line="276" w:lineRule="auto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lang w:eastAsia="zh-CN"/>
              </w:rPr>
              <w:t xml:space="preserve">3-1 </w:t>
            </w:r>
            <w:r>
              <w:rPr>
                <w:rFonts w:ascii="黑体" w:eastAsia="黑体" w:hAnsi="黑体"/>
                <w:b/>
                <w:color w:val="000000"/>
                <w:lang w:eastAsia="zh-CN"/>
              </w:rPr>
              <w:t>编著（出版）教材情况</w:t>
            </w:r>
          </w:p>
        </w:tc>
      </w:tr>
      <w:tr w:rsidR="00B70C32" w14:paraId="245F6409" w14:textId="77777777" w:rsidTr="00564651">
        <w:trPr>
          <w:trHeight w:val="442"/>
          <w:jc w:val="center"/>
        </w:trPr>
        <w:tc>
          <w:tcPr>
            <w:tcW w:w="785" w:type="dxa"/>
            <w:shd w:val="clear" w:color="auto" w:fill="F2F2F2"/>
            <w:vAlign w:val="center"/>
          </w:tcPr>
          <w:p w14:paraId="7868C8CF" w14:textId="77777777" w:rsidR="00B70C32" w:rsidRDefault="00CF1831">
            <w:pPr>
              <w:spacing w:before="20" w:after="20" w:line="276" w:lineRule="auto"/>
              <w:jc w:val="center"/>
            </w:pPr>
            <w:proofErr w:type="spellStart"/>
            <w:r>
              <w:rPr>
                <w:rFonts w:ascii="黑体" w:eastAsia="黑体" w:hAnsi="黑体"/>
                <w:b/>
                <w:color w:val="000000"/>
                <w:sz w:val="21"/>
              </w:rPr>
              <w:t>序号</w:t>
            </w:r>
            <w:proofErr w:type="spellEnd"/>
          </w:p>
        </w:tc>
        <w:tc>
          <w:tcPr>
            <w:tcW w:w="2354" w:type="dxa"/>
            <w:gridSpan w:val="2"/>
            <w:shd w:val="clear" w:color="auto" w:fill="F2F2F2"/>
            <w:vAlign w:val="center"/>
          </w:tcPr>
          <w:p w14:paraId="66ECB411" w14:textId="77777777" w:rsidR="00B70C32" w:rsidRDefault="00CF1831">
            <w:pPr>
              <w:spacing w:before="20" w:after="20" w:line="276" w:lineRule="auto"/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sz w:val="21"/>
                <w:lang w:eastAsia="zh-CN"/>
              </w:rPr>
              <w:t>教材（</w:t>
            </w:r>
            <w:proofErr w:type="gramStart"/>
            <w:r>
              <w:rPr>
                <w:rFonts w:ascii="黑体" w:eastAsia="黑体" w:hAnsi="黑体"/>
                <w:b/>
                <w:color w:val="000000"/>
                <w:sz w:val="21"/>
                <w:lang w:eastAsia="zh-CN"/>
              </w:rPr>
              <w:t>含指导</w:t>
            </w:r>
            <w:proofErr w:type="gramEnd"/>
            <w:r>
              <w:rPr>
                <w:rFonts w:ascii="黑体" w:eastAsia="黑体" w:hAnsi="黑体"/>
                <w:b/>
                <w:color w:val="000000"/>
                <w:sz w:val="21"/>
                <w:lang w:eastAsia="zh-CN"/>
              </w:rPr>
              <w:t>书）名称</w:t>
            </w:r>
          </w:p>
        </w:tc>
        <w:tc>
          <w:tcPr>
            <w:tcW w:w="784" w:type="dxa"/>
            <w:shd w:val="clear" w:color="auto" w:fill="F2F2F2"/>
            <w:vAlign w:val="center"/>
          </w:tcPr>
          <w:p w14:paraId="21C4EE95" w14:textId="77777777" w:rsidR="00B70C32" w:rsidRDefault="00CF1831">
            <w:pPr>
              <w:spacing w:before="20" w:after="20" w:line="276" w:lineRule="auto"/>
              <w:jc w:val="center"/>
            </w:pPr>
            <w:proofErr w:type="spellStart"/>
            <w:r>
              <w:rPr>
                <w:rFonts w:ascii="黑体" w:eastAsia="黑体" w:hAnsi="黑体"/>
                <w:b/>
                <w:color w:val="000000"/>
                <w:sz w:val="21"/>
              </w:rPr>
              <w:t>作者</w:t>
            </w:r>
            <w:proofErr w:type="spellEnd"/>
          </w:p>
        </w:tc>
        <w:tc>
          <w:tcPr>
            <w:tcW w:w="1568" w:type="dxa"/>
            <w:gridSpan w:val="2"/>
            <w:shd w:val="clear" w:color="auto" w:fill="F2F2F2"/>
            <w:vAlign w:val="center"/>
          </w:tcPr>
          <w:p w14:paraId="1B018E04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出版社</w:t>
            </w:r>
          </w:p>
        </w:tc>
        <w:tc>
          <w:tcPr>
            <w:tcW w:w="1568" w:type="dxa"/>
            <w:gridSpan w:val="2"/>
            <w:shd w:val="clear" w:color="auto" w:fill="F2F2F2"/>
            <w:vAlign w:val="center"/>
          </w:tcPr>
          <w:p w14:paraId="25B1F8A9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ISBN</w:t>
            </w:r>
            <w:r>
              <w:rPr>
                <w:rFonts w:ascii="黑体" w:eastAsia="黑体" w:hAnsi="黑体"/>
                <w:b/>
                <w:color w:val="000000"/>
                <w:sz w:val="21"/>
              </w:rPr>
              <w:t>号</w:t>
            </w:r>
          </w:p>
        </w:tc>
        <w:tc>
          <w:tcPr>
            <w:tcW w:w="2353" w:type="dxa"/>
            <w:gridSpan w:val="2"/>
            <w:shd w:val="clear" w:color="auto" w:fill="F2F2F2"/>
            <w:vAlign w:val="center"/>
          </w:tcPr>
          <w:p w14:paraId="379D30A1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出版时间</w:t>
            </w:r>
          </w:p>
        </w:tc>
      </w:tr>
      <w:tr w:rsidR="00B70C32" w14:paraId="4B0FEC20" w14:textId="77777777" w:rsidTr="00564651">
        <w:trPr>
          <w:trHeight w:val="521"/>
          <w:jc w:val="center"/>
        </w:trPr>
        <w:tc>
          <w:tcPr>
            <w:tcW w:w="785" w:type="dxa"/>
            <w:vAlign w:val="center"/>
          </w:tcPr>
          <w:p w14:paraId="7A8D750C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2354" w:type="dxa"/>
            <w:gridSpan w:val="2"/>
            <w:vAlign w:val="center"/>
          </w:tcPr>
          <w:p w14:paraId="1FD04E03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154D9E49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5DBE1E26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61978A85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0DA9EDAE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0AB561F9" w14:textId="77777777" w:rsidTr="00564651">
        <w:trPr>
          <w:trHeight w:val="521"/>
          <w:jc w:val="center"/>
        </w:trPr>
        <w:tc>
          <w:tcPr>
            <w:tcW w:w="785" w:type="dxa"/>
            <w:vAlign w:val="center"/>
          </w:tcPr>
          <w:p w14:paraId="3CE25F24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2354" w:type="dxa"/>
            <w:gridSpan w:val="2"/>
            <w:vAlign w:val="center"/>
          </w:tcPr>
          <w:p w14:paraId="5368C7E9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75CA1BB2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659564A3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2F42AD7D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2C0659F2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5BA5AED5" w14:textId="77777777" w:rsidTr="00564651">
        <w:trPr>
          <w:trHeight w:val="521"/>
          <w:jc w:val="center"/>
        </w:trPr>
        <w:tc>
          <w:tcPr>
            <w:tcW w:w="785" w:type="dxa"/>
            <w:vAlign w:val="center"/>
          </w:tcPr>
          <w:p w14:paraId="6B7C44C0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3</w:t>
            </w:r>
          </w:p>
        </w:tc>
        <w:tc>
          <w:tcPr>
            <w:tcW w:w="2354" w:type="dxa"/>
            <w:gridSpan w:val="2"/>
            <w:vAlign w:val="center"/>
          </w:tcPr>
          <w:p w14:paraId="19667BE7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0BAC1407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6389127A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1C96CC88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60313AB2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48F5A171" w14:textId="77777777" w:rsidTr="00564651">
        <w:trPr>
          <w:trHeight w:val="521"/>
          <w:jc w:val="center"/>
        </w:trPr>
        <w:tc>
          <w:tcPr>
            <w:tcW w:w="785" w:type="dxa"/>
            <w:vAlign w:val="center"/>
          </w:tcPr>
          <w:p w14:paraId="7E30F7FE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2354" w:type="dxa"/>
            <w:gridSpan w:val="2"/>
            <w:vAlign w:val="center"/>
          </w:tcPr>
          <w:p w14:paraId="37A6CA94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14B65A9F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32BF4AD9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6FA72C70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7B60BB12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3ED62074" w14:textId="77777777" w:rsidTr="00564651">
        <w:trPr>
          <w:trHeight w:val="521"/>
          <w:jc w:val="center"/>
        </w:trPr>
        <w:tc>
          <w:tcPr>
            <w:tcW w:w="785" w:type="dxa"/>
            <w:vAlign w:val="center"/>
          </w:tcPr>
          <w:p w14:paraId="123F484A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5</w:t>
            </w:r>
          </w:p>
        </w:tc>
        <w:tc>
          <w:tcPr>
            <w:tcW w:w="2354" w:type="dxa"/>
            <w:gridSpan w:val="2"/>
            <w:vAlign w:val="center"/>
          </w:tcPr>
          <w:p w14:paraId="20C5095D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784" w:type="dxa"/>
            <w:vAlign w:val="center"/>
          </w:tcPr>
          <w:p w14:paraId="4204FD64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5479BF8A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5DB605A5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2B037617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3EAED259" w14:textId="77777777" w:rsidTr="00564651">
        <w:trPr>
          <w:trHeight w:val="396"/>
          <w:jc w:val="center"/>
        </w:trPr>
        <w:tc>
          <w:tcPr>
            <w:tcW w:w="9412" w:type="dxa"/>
            <w:gridSpan w:val="10"/>
            <w:shd w:val="clear" w:color="auto" w:fill="F2F2F2"/>
            <w:vAlign w:val="center"/>
          </w:tcPr>
          <w:p w14:paraId="37A7E2A6" w14:textId="77777777" w:rsidR="00B70C32" w:rsidRDefault="00CF1831">
            <w:pPr>
              <w:spacing w:before="20" w:after="20" w:line="276" w:lineRule="auto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lang w:eastAsia="zh-CN"/>
              </w:rPr>
              <w:t xml:space="preserve">3-2 </w:t>
            </w:r>
            <w:r>
              <w:rPr>
                <w:rFonts w:ascii="黑体" w:eastAsia="黑体" w:hAnsi="黑体"/>
                <w:b/>
                <w:color w:val="000000"/>
                <w:lang w:eastAsia="zh-CN"/>
              </w:rPr>
              <w:t>开发的实验教学资源情况</w:t>
            </w:r>
          </w:p>
        </w:tc>
      </w:tr>
      <w:tr w:rsidR="00B70C32" w14:paraId="15914195" w14:textId="77777777" w:rsidTr="00564651">
        <w:trPr>
          <w:trHeight w:val="442"/>
          <w:jc w:val="center"/>
        </w:trPr>
        <w:tc>
          <w:tcPr>
            <w:tcW w:w="785" w:type="dxa"/>
            <w:shd w:val="clear" w:color="auto" w:fill="F2F2F2"/>
            <w:vAlign w:val="center"/>
          </w:tcPr>
          <w:p w14:paraId="53C86437" w14:textId="77777777" w:rsidR="00B70C32" w:rsidRDefault="00CF1831">
            <w:pPr>
              <w:spacing w:before="20" w:after="20" w:line="276" w:lineRule="auto"/>
              <w:jc w:val="center"/>
            </w:pPr>
            <w:proofErr w:type="spellStart"/>
            <w:r>
              <w:rPr>
                <w:rFonts w:ascii="黑体" w:eastAsia="黑体" w:hAnsi="黑体"/>
                <w:b/>
                <w:color w:val="000000"/>
                <w:sz w:val="21"/>
              </w:rPr>
              <w:t>序号</w:t>
            </w:r>
            <w:proofErr w:type="spellEnd"/>
          </w:p>
        </w:tc>
        <w:tc>
          <w:tcPr>
            <w:tcW w:w="1767" w:type="dxa"/>
            <w:shd w:val="clear" w:color="auto" w:fill="F2F2F2"/>
            <w:vAlign w:val="center"/>
          </w:tcPr>
          <w:p w14:paraId="49B9818C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资源类型</w:t>
            </w:r>
          </w:p>
        </w:tc>
        <w:tc>
          <w:tcPr>
            <w:tcW w:w="4507" w:type="dxa"/>
            <w:gridSpan w:val="6"/>
            <w:shd w:val="clear" w:color="auto" w:fill="F2F2F2"/>
            <w:vAlign w:val="center"/>
          </w:tcPr>
          <w:p w14:paraId="6CABC374" w14:textId="77777777" w:rsidR="00B70C32" w:rsidRDefault="00CF1831">
            <w:pPr>
              <w:spacing w:before="20" w:after="20" w:line="276" w:lineRule="auto"/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sz w:val="21"/>
                <w:lang w:eastAsia="zh-CN"/>
              </w:rPr>
              <w:t>具体内容及教学应用情况</w:t>
            </w:r>
          </w:p>
        </w:tc>
        <w:tc>
          <w:tcPr>
            <w:tcW w:w="2353" w:type="dxa"/>
            <w:gridSpan w:val="2"/>
            <w:shd w:val="clear" w:color="auto" w:fill="F2F2F2"/>
            <w:vAlign w:val="center"/>
          </w:tcPr>
          <w:p w14:paraId="1476330D" w14:textId="77777777" w:rsidR="00B70C32" w:rsidRDefault="00CF1831">
            <w:pPr>
              <w:spacing w:before="20" w:after="20" w:line="276" w:lineRule="auto"/>
              <w:jc w:val="center"/>
            </w:pPr>
            <w:proofErr w:type="spellStart"/>
            <w:r>
              <w:rPr>
                <w:rFonts w:ascii="黑体" w:eastAsia="黑体" w:hAnsi="黑体"/>
                <w:b/>
                <w:color w:val="000000"/>
                <w:sz w:val="21"/>
              </w:rPr>
              <w:t>数量</w:t>
            </w:r>
            <w:proofErr w:type="spellEnd"/>
          </w:p>
        </w:tc>
      </w:tr>
      <w:tr w:rsidR="00B70C32" w14:paraId="0BFD23FD" w14:textId="77777777" w:rsidTr="00564651">
        <w:trPr>
          <w:trHeight w:val="521"/>
          <w:jc w:val="center"/>
        </w:trPr>
        <w:tc>
          <w:tcPr>
            <w:tcW w:w="785" w:type="dxa"/>
            <w:vAlign w:val="center"/>
          </w:tcPr>
          <w:p w14:paraId="008DAC07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767" w:type="dxa"/>
            <w:vAlign w:val="center"/>
          </w:tcPr>
          <w:p w14:paraId="560D332D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虚拟仿真实验</w:t>
            </w:r>
          </w:p>
        </w:tc>
        <w:tc>
          <w:tcPr>
            <w:tcW w:w="4507" w:type="dxa"/>
            <w:gridSpan w:val="6"/>
            <w:vAlign w:val="center"/>
          </w:tcPr>
          <w:p w14:paraId="53712CC0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37CE9A2B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0453A710" w14:textId="77777777" w:rsidTr="00564651">
        <w:trPr>
          <w:trHeight w:val="521"/>
          <w:jc w:val="center"/>
        </w:trPr>
        <w:tc>
          <w:tcPr>
            <w:tcW w:w="785" w:type="dxa"/>
            <w:vAlign w:val="center"/>
          </w:tcPr>
          <w:p w14:paraId="095A5583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1767" w:type="dxa"/>
            <w:vAlign w:val="center"/>
          </w:tcPr>
          <w:p w14:paraId="698F49B2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音视频资源</w:t>
            </w:r>
          </w:p>
        </w:tc>
        <w:tc>
          <w:tcPr>
            <w:tcW w:w="4507" w:type="dxa"/>
            <w:gridSpan w:val="6"/>
            <w:vAlign w:val="center"/>
          </w:tcPr>
          <w:p w14:paraId="390B19F7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79EFEC92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7DFADAC1" w14:textId="77777777" w:rsidTr="00564651">
        <w:trPr>
          <w:trHeight w:val="521"/>
          <w:jc w:val="center"/>
        </w:trPr>
        <w:tc>
          <w:tcPr>
            <w:tcW w:w="785" w:type="dxa"/>
            <w:vAlign w:val="center"/>
          </w:tcPr>
          <w:p w14:paraId="183CB468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3</w:t>
            </w:r>
          </w:p>
        </w:tc>
        <w:tc>
          <w:tcPr>
            <w:tcW w:w="1767" w:type="dxa"/>
            <w:vAlign w:val="center"/>
          </w:tcPr>
          <w:p w14:paraId="6BE1B7F8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Times New Roman"/>
                <w:color w:val="000000"/>
              </w:rPr>
              <w:t>案例库</w:t>
            </w:r>
            <w:r>
              <w:rPr>
                <w:rFonts w:ascii="Times New Roman"/>
                <w:color w:val="000000"/>
              </w:rPr>
              <w:t>/</w:t>
            </w:r>
            <w:r>
              <w:rPr>
                <w:rFonts w:ascii="Times New Roman"/>
                <w:color w:val="000000"/>
              </w:rPr>
              <w:t>试题库</w:t>
            </w:r>
          </w:p>
        </w:tc>
        <w:tc>
          <w:tcPr>
            <w:tcW w:w="4507" w:type="dxa"/>
            <w:gridSpan w:val="6"/>
            <w:vAlign w:val="center"/>
          </w:tcPr>
          <w:p w14:paraId="4D5B9C28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2353" w:type="dxa"/>
            <w:gridSpan w:val="2"/>
            <w:vAlign w:val="center"/>
          </w:tcPr>
          <w:p w14:paraId="4E827622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71CD8301" w14:textId="77777777" w:rsidTr="00564651">
        <w:trPr>
          <w:trHeight w:val="396"/>
          <w:jc w:val="center"/>
        </w:trPr>
        <w:tc>
          <w:tcPr>
            <w:tcW w:w="9412" w:type="dxa"/>
            <w:gridSpan w:val="10"/>
            <w:shd w:val="clear" w:color="auto" w:fill="F2F2F2"/>
            <w:vAlign w:val="center"/>
          </w:tcPr>
          <w:p w14:paraId="1BA7073D" w14:textId="77777777" w:rsidR="00B70C32" w:rsidRDefault="00CF1831">
            <w:pPr>
              <w:spacing w:before="20" w:after="20" w:line="276" w:lineRule="auto"/>
            </w:pPr>
            <w:r>
              <w:rPr>
                <w:rFonts w:ascii="黑体" w:eastAsia="黑体" w:hAnsi="黑体"/>
                <w:b/>
                <w:color w:val="000000"/>
              </w:rPr>
              <w:t xml:space="preserve">3-3 </w:t>
            </w:r>
            <w:r>
              <w:rPr>
                <w:rFonts w:ascii="黑体" w:eastAsia="黑体" w:hAnsi="黑体"/>
                <w:b/>
                <w:color w:val="000000"/>
              </w:rPr>
              <w:t>教改论文发表情况</w:t>
            </w:r>
          </w:p>
        </w:tc>
      </w:tr>
      <w:tr w:rsidR="00B70C32" w14:paraId="0F475BD5" w14:textId="77777777" w:rsidTr="00564651">
        <w:trPr>
          <w:trHeight w:val="442"/>
          <w:jc w:val="center"/>
        </w:trPr>
        <w:tc>
          <w:tcPr>
            <w:tcW w:w="3139" w:type="dxa"/>
            <w:gridSpan w:val="3"/>
            <w:shd w:val="clear" w:color="auto" w:fill="F2F2F2"/>
            <w:vAlign w:val="center"/>
          </w:tcPr>
          <w:p w14:paraId="7427A104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题目</w:t>
            </w:r>
          </w:p>
        </w:tc>
        <w:tc>
          <w:tcPr>
            <w:tcW w:w="1568" w:type="dxa"/>
            <w:gridSpan w:val="2"/>
            <w:shd w:val="clear" w:color="auto" w:fill="F2F2F2"/>
            <w:vAlign w:val="center"/>
          </w:tcPr>
          <w:p w14:paraId="2F5906C6" w14:textId="77777777" w:rsidR="00B70C32" w:rsidRDefault="00CF1831">
            <w:pPr>
              <w:spacing w:before="20" w:after="20" w:line="276" w:lineRule="auto"/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sz w:val="21"/>
                <w:lang w:eastAsia="zh-CN"/>
              </w:rPr>
              <w:t>刊物名称（或出版社名称）</w:t>
            </w:r>
          </w:p>
        </w:tc>
        <w:tc>
          <w:tcPr>
            <w:tcW w:w="1568" w:type="dxa"/>
            <w:gridSpan w:val="2"/>
            <w:shd w:val="clear" w:color="auto" w:fill="F2F2F2"/>
            <w:vAlign w:val="center"/>
          </w:tcPr>
          <w:p w14:paraId="05659833" w14:textId="77777777" w:rsidR="00B70C32" w:rsidRDefault="00CF1831">
            <w:pPr>
              <w:spacing w:before="20" w:after="20" w:line="276" w:lineRule="auto"/>
              <w:jc w:val="center"/>
            </w:pPr>
            <w:proofErr w:type="spellStart"/>
            <w:r>
              <w:rPr>
                <w:rFonts w:ascii="黑体" w:eastAsia="黑体" w:hAnsi="黑体"/>
                <w:b/>
                <w:color w:val="000000"/>
                <w:sz w:val="21"/>
              </w:rPr>
              <w:t>刊物级别</w:t>
            </w:r>
            <w:proofErr w:type="spellEnd"/>
          </w:p>
        </w:tc>
        <w:tc>
          <w:tcPr>
            <w:tcW w:w="1568" w:type="dxa"/>
            <w:gridSpan w:val="2"/>
            <w:shd w:val="clear" w:color="auto" w:fill="F2F2F2"/>
            <w:vAlign w:val="center"/>
          </w:tcPr>
          <w:p w14:paraId="258C8DD5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发表时间</w:t>
            </w:r>
          </w:p>
        </w:tc>
        <w:tc>
          <w:tcPr>
            <w:tcW w:w="1569" w:type="dxa"/>
            <w:shd w:val="clear" w:color="auto" w:fill="F2F2F2"/>
            <w:vAlign w:val="center"/>
          </w:tcPr>
          <w:p w14:paraId="1C29EBCA" w14:textId="77777777" w:rsidR="00B70C32" w:rsidRDefault="00CF1831">
            <w:pPr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1"/>
              </w:rPr>
              <w:t>作者</w:t>
            </w:r>
          </w:p>
        </w:tc>
      </w:tr>
      <w:tr w:rsidR="00B70C32" w14:paraId="11C524EB" w14:textId="77777777" w:rsidTr="00564651">
        <w:trPr>
          <w:trHeight w:val="521"/>
          <w:jc w:val="center"/>
        </w:trPr>
        <w:tc>
          <w:tcPr>
            <w:tcW w:w="3139" w:type="dxa"/>
            <w:gridSpan w:val="3"/>
            <w:vAlign w:val="center"/>
          </w:tcPr>
          <w:p w14:paraId="3F9ABDBD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2E6DE0D1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48566DA5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36B923DD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9" w:type="dxa"/>
            <w:vAlign w:val="center"/>
          </w:tcPr>
          <w:p w14:paraId="77A1B5B7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0BB7ABEB" w14:textId="77777777" w:rsidTr="00564651">
        <w:trPr>
          <w:trHeight w:val="521"/>
          <w:jc w:val="center"/>
        </w:trPr>
        <w:tc>
          <w:tcPr>
            <w:tcW w:w="3139" w:type="dxa"/>
            <w:gridSpan w:val="3"/>
            <w:vAlign w:val="center"/>
          </w:tcPr>
          <w:p w14:paraId="53261387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76C7F8CF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70A10413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6C2635E0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9" w:type="dxa"/>
            <w:vAlign w:val="center"/>
          </w:tcPr>
          <w:p w14:paraId="10EDBEA6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78C605EF" w14:textId="77777777" w:rsidTr="00564651">
        <w:trPr>
          <w:trHeight w:val="521"/>
          <w:jc w:val="center"/>
        </w:trPr>
        <w:tc>
          <w:tcPr>
            <w:tcW w:w="3139" w:type="dxa"/>
            <w:gridSpan w:val="3"/>
            <w:vAlign w:val="center"/>
          </w:tcPr>
          <w:p w14:paraId="204B0009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784D0C71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3EE34D94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3123EA6D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9" w:type="dxa"/>
            <w:vAlign w:val="center"/>
          </w:tcPr>
          <w:p w14:paraId="49E53243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62380D87" w14:textId="77777777" w:rsidTr="00564651">
        <w:trPr>
          <w:trHeight w:val="521"/>
          <w:jc w:val="center"/>
        </w:trPr>
        <w:tc>
          <w:tcPr>
            <w:tcW w:w="3139" w:type="dxa"/>
            <w:gridSpan w:val="3"/>
            <w:vAlign w:val="center"/>
          </w:tcPr>
          <w:p w14:paraId="5FDE9A9B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79DE2504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5A3EFC31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3D5DD9D0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9" w:type="dxa"/>
            <w:vAlign w:val="center"/>
          </w:tcPr>
          <w:p w14:paraId="5479DD9F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3076EC8D" w14:textId="77777777" w:rsidTr="00564651">
        <w:trPr>
          <w:trHeight w:val="521"/>
          <w:jc w:val="center"/>
        </w:trPr>
        <w:tc>
          <w:tcPr>
            <w:tcW w:w="3139" w:type="dxa"/>
            <w:gridSpan w:val="3"/>
            <w:vAlign w:val="center"/>
          </w:tcPr>
          <w:p w14:paraId="1B6BDC0C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13E57055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64133AA7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8" w:type="dxa"/>
            <w:gridSpan w:val="2"/>
            <w:vAlign w:val="center"/>
          </w:tcPr>
          <w:p w14:paraId="50BE0756" w14:textId="77777777" w:rsidR="00B70C32" w:rsidRDefault="00B70C32">
            <w:pPr>
              <w:spacing w:before="20" w:after="20" w:line="276" w:lineRule="auto"/>
              <w:jc w:val="center"/>
            </w:pPr>
          </w:p>
        </w:tc>
        <w:tc>
          <w:tcPr>
            <w:tcW w:w="1569" w:type="dxa"/>
            <w:vAlign w:val="center"/>
          </w:tcPr>
          <w:p w14:paraId="252C52F3" w14:textId="77777777" w:rsidR="00B70C32" w:rsidRDefault="00B70C32">
            <w:pPr>
              <w:spacing w:before="20" w:after="20" w:line="276" w:lineRule="auto"/>
              <w:jc w:val="center"/>
            </w:pPr>
          </w:p>
        </w:tc>
      </w:tr>
      <w:tr w:rsidR="00B70C32" w14:paraId="6BE37969" w14:textId="77777777" w:rsidTr="00564651">
        <w:trPr>
          <w:trHeight w:val="442"/>
          <w:jc w:val="center"/>
        </w:trPr>
        <w:tc>
          <w:tcPr>
            <w:tcW w:w="9412" w:type="dxa"/>
            <w:gridSpan w:val="10"/>
            <w:shd w:val="clear" w:color="auto" w:fill="D9D9D9"/>
            <w:vAlign w:val="center"/>
          </w:tcPr>
          <w:p w14:paraId="5D5DA082" w14:textId="77777777" w:rsidR="00B70C32" w:rsidRDefault="00CF1831">
            <w:pPr>
              <w:pageBreakBefore/>
              <w:spacing w:before="20" w:after="20" w:line="276" w:lineRule="auto"/>
              <w:jc w:val="center"/>
            </w:pPr>
            <w:r>
              <w:rPr>
                <w:rFonts w:ascii="黑体" w:eastAsia="黑体" w:hAnsi="黑体"/>
                <w:b/>
                <w:color w:val="000000"/>
                <w:sz w:val="23"/>
              </w:rPr>
              <w:lastRenderedPageBreak/>
              <w:t>四、学院结项意见</w:t>
            </w:r>
          </w:p>
        </w:tc>
      </w:tr>
      <w:tr w:rsidR="00B70C32" w14:paraId="217C01E2" w14:textId="77777777" w:rsidTr="00564651">
        <w:trPr>
          <w:trHeight w:val="3118"/>
          <w:jc w:val="center"/>
        </w:trPr>
        <w:tc>
          <w:tcPr>
            <w:tcW w:w="9412" w:type="dxa"/>
            <w:gridSpan w:val="10"/>
          </w:tcPr>
          <w:p w14:paraId="30AD9C03" w14:textId="77777777" w:rsidR="00EA70EE" w:rsidRDefault="00CF1831">
            <w:pPr>
              <w:spacing w:before="20" w:after="20" w:line="336" w:lineRule="auto"/>
              <w:rPr>
                <w:rFonts w:ascii="Times New Roman"/>
                <w:color w:val="000000"/>
                <w:lang w:eastAsia="zh-CN"/>
              </w:rPr>
            </w:pPr>
            <w:proofErr w:type="gramStart"/>
            <w:r>
              <w:rPr>
                <w:rFonts w:ascii="Times New Roman"/>
                <w:color w:val="000000"/>
                <w:lang w:eastAsia="zh-CN"/>
              </w:rPr>
              <w:t>结项意见</w:t>
            </w:r>
            <w:proofErr w:type="gramEnd"/>
            <w:r>
              <w:rPr>
                <w:rFonts w:ascii="Times New Roman"/>
                <w:color w:val="000000"/>
                <w:lang w:eastAsia="zh-CN"/>
              </w:rPr>
              <w:t>：</w:t>
            </w:r>
          </w:p>
          <w:p w14:paraId="10B5975A" w14:textId="39F2BF9C" w:rsidR="00B70C32" w:rsidRDefault="00CF1831" w:rsidP="00EA70EE">
            <w:pPr>
              <w:spacing w:before="20" w:after="20" w:line="336" w:lineRule="auto"/>
              <w:ind w:firstLineChars="500" w:firstLine="1100"/>
              <w:rPr>
                <w:lang w:eastAsia="zh-CN"/>
              </w:rPr>
            </w:pPr>
            <w:r>
              <w:rPr>
                <w:rFonts w:ascii="Times New Roman"/>
                <w:color w:val="000000"/>
                <w:lang w:eastAsia="zh-CN"/>
              </w:rPr>
              <w:t>□</w:t>
            </w:r>
            <w:r>
              <w:rPr>
                <w:rFonts w:ascii="Times New Roman"/>
                <w:color w:val="000000"/>
                <w:lang w:eastAsia="zh-CN"/>
              </w:rPr>
              <w:t>同意</w:t>
            </w:r>
            <w:proofErr w:type="gramStart"/>
            <w:r>
              <w:rPr>
                <w:rFonts w:ascii="Times New Roman"/>
                <w:color w:val="000000"/>
                <w:lang w:eastAsia="zh-CN"/>
              </w:rPr>
              <w:t xml:space="preserve">结项　　</w:t>
            </w:r>
            <w:proofErr w:type="gramEnd"/>
            <w:r>
              <w:rPr>
                <w:rFonts w:ascii="Times New Roman"/>
                <w:color w:val="000000"/>
                <w:lang w:eastAsia="zh-CN"/>
              </w:rPr>
              <w:t>□</w:t>
            </w:r>
            <w:r>
              <w:rPr>
                <w:rFonts w:ascii="Times New Roman"/>
                <w:color w:val="000000"/>
                <w:lang w:eastAsia="zh-CN"/>
              </w:rPr>
              <w:t>暂缓</w:t>
            </w:r>
            <w:proofErr w:type="gramStart"/>
            <w:r>
              <w:rPr>
                <w:rFonts w:ascii="Times New Roman"/>
                <w:color w:val="000000"/>
                <w:lang w:eastAsia="zh-CN"/>
              </w:rPr>
              <w:t xml:space="preserve">结项　　</w:t>
            </w:r>
            <w:proofErr w:type="gramEnd"/>
            <w:r>
              <w:rPr>
                <w:rFonts w:ascii="Times New Roman"/>
                <w:color w:val="000000"/>
                <w:lang w:eastAsia="zh-CN"/>
              </w:rPr>
              <w:t>□</w:t>
            </w:r>
            <w:proofErr w:type="gramStart"/>
            <w:r>
              <w:rPr>
                <w:rFonts w:ascii="Times New Roman"/>
                <w:color w:val="000000"/>
                <w:lang w:eastAsia="zh-CN"/>
              </w:rPr>
              <w:t>不予结项</w:t>
            </w:r>
            <w:proofErr w:type="gramEnd"/>
            <w:r>
              <w:rPr>
                <w:rFonts w:ascii="Times New Roman"/>
                <w:color w:val="000000"/>
                <w:lang w:eastAsia="zh-CN"/>
              </w:rPr>
              <w:br/>
            </w:r>
            <w:r>
              <w:rPr>
                <w:rFonts w:ascii="Times New Roman"/>
                <w:color w:val="000000"/>
                <w:lang w:eastAsia="zh-CN"/>
              </w:rPr>
              <w:br/>
            </w:r>
            <w:r>
              <w:rPr>
                <w:rFonts w:ascii="Times New Roman"/>
                <w:color w:val="000000"/>
                <w:lang w:eastAsia="zh-CN"/>
              </w:rPr>
              <w:br/>
            </w:r>
            <w:r>
              <w:rPr>
                <w:rFonts w:ascii="Times New Roman"/>
                <w:color w:val="000000"/>
                <w:lang w:eastAsia="zh-CN"/>
              </w:rPr>
              <w:t>院长签字：</w:t>
            </w:r>
            <w:r>
              <w:rPr>
                <w:rFonts w:ascii="Times New Roman"/>
                <w:color w:val="000000"/>
                <w:lang w:eastAsia="zh-CN"/>
              </w:rPr>
              <w:br/>
            </w:r>
            <w:r>
              <w:rPr>
                <w:rFonts w:ascii="Times New Roman"/>
                <w:color w:val="000000"/>
                <w:lang w:eastAsia="zh-CN"/>
              </w:rPr>
              <w:br/>
            </w:r>
            <w:r>
              <w:rPr>
                <w:rFonts w:ascii="Times New Roman"/>
                <w:color w:val="000000"/>
                <w:lang w:eastAsia="zh-CN"/>
              </w:rPr>
              <w:t>学院公章：　　　　　　　　　　　年　　月　　日</w:t>
            </w:r>
          </w:p>
        </w:tc>
      </w:tr>
      <w:tr w:rsidR="00B70C32" w14:paraId="7C3183FA" w14:textId="77777777" w:rsidTr="00564651">
        <w:trPr>
          <w:trHeight w:val="442"/>
          <w:jc w:val="center"/>
        </w:trPr>
        <w:tc>
          <w:tcPr>
            <w:tcW w:w="9412" w:type="dxa"/>
            <w:gridSpan w:val="10"/>
            <w:shd w:val="clear" w:color="auto" w:fill="D9D9D9"/>
            <w:vAlign w:val="center"/>
          </w:tcPr>
          <w:p w14:paraId="2D60F8B2" w14:textId="77777777" w:rsidR="00B70C32" w:rsidRDefault="00CF1831">
            <w:pPr>
              <w:spacing w:before="20" w:after="20" w:line="276" w:lineRule="auto"/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color w:val="000000"/>
                <w:sz w:val="23"/>
                <w:lang w:eastAsia="zh-CN"/>
              </w:rPr>
              <w:t>五、学校专家组审核意见</w:t>
            </w:r>
          </w:p>
        </w:tc>
      </w:tr>
      <w:tr w:rsidR="00B70C32" w14:paraId="44AFCFDD" w14:textId="77777777" w:rsidTr="00564651">
        <w:trPr>
          <w:trHeight w:val="3118"/>
          <w:jc w:val="center"/>
        </w:trPr>
        <w:tc>
          <w:tcPr>
            <w:tcW w:w="9412" w:type="dxa"/>
            <w:gridSpan w:val="10"/>
          </w:tcPr>
          <w:p w14:paraId="5D33685C" w14:textId="77777777" w:rsidR="009B3699" w:rsidRDefault="00CF1831">
            <w:pPr>
              <w:spacing w:before="20" w:after="20" w:line="336" w:lineRule="auto"/>
              <w:rPr>
                <w:rFonts w:ascii="Times New Roman"/>
                <w:color w:val="000000"/>
                <w:lang w:eastAsia="zh-CN"/>
              </w:rPr>
            </w:pPr>
            <w:r>
              <w:rPr>
                <w:rFonts w:ascii="Times New Roman"/>
                <w:color w:val="000000"/>
                <w:lang w:eastAsia="zh-CN"/>
              </w:rPr>
              <w:br/>
            </w:r>
            <w:r>
              <w:rPr>
                <w:rFonts w:ascii="Times New Roman"/>
                <w:color w:val="000000"/>
                <w:lang w:eastAsia="zh-CN"/>
              </w:rPr>
              <w:br/>
            </w:r>
            <w:r>
              <w:rPr>
                <w:rFonts w:ascii="Times New Roman"/>
                <w:color w:val="000000"/>
                <w:lang w:eastAsia="zh-CN"/>
              </w:rPr>
              <w:br/>
            </w:r>
            <w:r>
              <w:rPr>
                <w:rFonts w:ascii="Times New Roman"/>
                <w:color w:val="000000"/>
                <w:lang w:eastAsia="zh-CN"/>
              </w:rPr>
              <w:br/>
            </w:r>
            <w:r w:rsidR="009B3699">
              <w:rPr>
                <w:rFonts w:ascii="Times New Roman" w:hint="eastAsia"/>
                <w:color w:val="000000"/>
                <w:lang w:eastAsia="zh-CN"/>
              </w:rPr>
              <w:t xml:space="preserve"> </w:t>
            </w:r>
            <w:r w:rsidR="009B3699">
              <w:rPr>
                <w:rFonts w:ascii="Times New Roman"/>
                <w:color w:val="000000"/>
                <w:lang w:eastAsia="zh-CN"/>
              </w:rPr>
              <w:t xml:space="preserve">                                                                               </w:t>
            </w:r>
          </w:p>
          <w:p w14:paraId="22FAC56B" w14:textId="77777777" w:rsidR="009B3699" w:rsidRDefault="009B3699">
            <w:pPr>
              <w:spacing w:before="20" w:after="20" w:line="336" w:lineRule="auto"/>
              <w:rPr>
                <w:rFonts w:ascii="Times New Roman"/>
                <w:color w:val="000000"/>
                <w:lang w:eastAsia="zh-CN"/>
              </w:rPr>
            </w:pPr>
          </w:p>
          <w:p w14:paraId="4E0FFDC5" w14:textId="77777777" w:rsidR="009B3699" w:rsidRDefault="009B3699">
            <w:pPr>
              <w:spacing w:before="20" w:after="20" w:line="336" w:lineRule="auto"/>
              <w:rPr>
                <w:rFonts w:ascii="Times New Roman"/>
                <w:color w:val="000000"/>
                <w:lang w:eastAsia="zh-CN"/>
              </w:rPr>
            </w:pPr>
          </w:p>
          <w:p w14:paraId="12A0FA52" w14:textId="78BB4B94" w:rsidR="00B70C32" w:rsidRDefault="00CF1831" w:rsidP="009B3699">
            <w:pPr>
              <w:spacing w:before="20" w:after="20" w:line="336" w:lineRule="auto"/>
              <w:ind w:firstLineChars="2300" w:firstLine="5060"/>
              <w:rPr>
                <w:lang w:eastAsia="zh-CN"/>
              </w:rPr>
            </w:pPr>
            <w:r>
              <w:rPr>
                <w:rFonts w:ascii="Times New Roman"/>
                <w:color w:val="000000"/>
                <w:lang w:eastAsia="zh-CN"/>
              </w:rPr>
              <w:t xml:space="preserve">　　　　　　　　年　　月　　日</w:t>
            </w:r>
          </w:p>
        </w:tc>
      </w:tr>
    </w:tbl>
    <w:p w14:paraId="27C63458" w14:textId="77777777" w:rsidR="00CF1831" w:rsidRDefault="00CF1831">
      <w:pPr>
        <w:rPr>
          <w:lang w:eastAsia="zh-CN"/>
        </w:rPr>
      </w:pPr>
    </w:p>
    <w:sectPr w:rsidR="00CF1831" w:rsidSect="00034616">
      <w:pgSz w:w="11906" w:h="16838"/>
      <w:pgMar w:top="1247" w:right="1247" w:bottom="1134" w:left="1247" w:header="85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E4BC1" w14:textId="77777777" w:rsidR="00CF1831" w:rsidRDefault="00CF1831" w:rsidP="009B0801">
      <w:pPr>
        <w:spacing w:after="0" w:line="240" w:lineRule="auto"/>
      </w:pPr>
      <w:r>
        <w:separator/>
      </w:r>
    </w:p>
  </w:endnote>
  <w:endnote w:type="continuationSeparator" w:id="0">
    <w:p w14:paraId="3284BA44" w14:textId="77777777" w:rsidR="00CF1831" w:rsidRDefault="00CF1831" w:rsidP="009B0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5C36E" w14:textId="77777777" w:rsidR="00CF1831" w:rsidRDefault="00CF1831" w:rsidP="009B0801">
      <w:pPr>
        <w:spacing w:after="0" w:line="240" w:lineRule="auto"/>
      </w:pPr>
      <w:r>
        <w:separator/>
      </w:r>
    </w:p>
  </w:footnote>
  <w:footnote w:type="continuationSeparator" w:id="0">
    <w:p w14:paraId="53B7AC89" w14:textId="77777777" w:rsidR="00CF1831" w:rsidRDefault="00CF1831" w:rsidP="009B0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3634"/>
    <w:rsid w:val="005276C1"/>
    <w:rsid w:val="00564651"/>
    <w:rsid w:val="009B0801"/>
    <w:rsid w:val="009B3699"/>
    <w:rsid w:val="00AA1D8D"/>
    <w:rsid w:val="00B47730"/>
    <w:rsid w:val="00B70C32"/>
    <w:rsid w:val="00CB0664"/>
    <w:rsid w:val="00CC722F"/>
    <w:rsid w:val="00CF1831"/>
    <w:rsid w:val="00EA70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5C5B47"/>
  <w14:defaultImageDpi w14:val="300"/>
  <w15:docId w15:val="{2F5A8737-4C9B-4DF2-AA21-5919D6CF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仿宋" w:eastAsia="仿宋" w:hAnsi="仿宋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YANG LI</cp:lastModifiedBy>
  <cp:revision>11</cp:revision>
  <dcterms:created xsi:type="dcterms:W3CDTF">2013-12-23T23:15:00Z</dcterms:created>
  <dcterms:modified xsi:type="dcterms:W3CDTF">2026-09-21T08:19:00Z</dcterms:modified>
  <cp:category/>
</cp:coreProperties>
</file>